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של פרויקט מורשת: ראיון, חפץ, מתכון ומסע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בדרך למוזיאון מורשת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מבוגר שיש לו סיפור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דף שמספר על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לכבד את רצון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חפצים, כרטיסי חפץ ומפת מסעות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לראיין כל מבוגר שיש לו סיפור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מקבלים תשובות מלאות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רושמים רק באישור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בכבוד למרואיין/ת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מורה דרך מסביר למבקרים, מרואיין/ת עונה בראיון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שעונה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(שיחה של שאלות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(דרך ארוכה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(מי שמסביר למבקרים)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(דף שמספר על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(הצגה של חפצים למבקרים)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חפץ, מתכון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מראיינים, מקשיבים ורושמים (באישור)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כרטיס חפץ וסימון על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במוזיאון הכיתתי ומודים למרואיין/ת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 או שאלה סגורה?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לענות עליה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התשובה היא כן או לא, זו שאלה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שאלה פתוחה שמזמינה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התשובה היא כן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שמתחילה במילים כמו 'ספר/י לי' או 'איך' ומזמינה תשובה ארוכה, לא כן/לא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החפץ, מאיפה הגיע, ולמה הוא חשוב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מזמינה תשובה מלאה, שאלה סגורה מקבלת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חפץ, מתכון או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המרואיין/ת ואת רצונו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ראיון קצר עם שאלה פתוחה אחת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דוגמאות לשאלות סגורות ופתוחות מהדף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להביא תמונה או חפץ אמיתי מהבית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לומדים איך לשאול שאלות על חפץ ישן, איך לכתוב עליו ואיך להציג אותו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שעונה על 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של שאלות ותשובות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 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שמסביר למבקרים במוזיאון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שמספר על חפץ מורשת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חפצים למבקרים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שאפשר לענות עליה בהרבה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קצרה, לרוב כן או 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 מי אפשר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מבוגר שיש לו סיפור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בכרטיס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דף שמספר על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מבקשים רשות לפני שרושמים?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לכבד את רצון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חוק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לבקש אישור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שמים במוזיאון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תמונות של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חפצים, כרטיסי חפץ ומפת מסעות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רק סבא או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כותבים שאלות פתוחות.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לרשום את דברי המרואיין/ת גם בלי רשות.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התהליך מודים למרואיין/ת.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מורה דרך הוא מי שעונה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מרואיין/ת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שמספר על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שעונה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הצגה של חפצים למבקרים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של שאלות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תצוגה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 שמסביר למבקרים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במוזיאון הכיתתי ומודים למרואיין/ת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מראיינים, מקשיבים ורושמים (באישור)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חפץ, מתכון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כרטיס חפץ וסימון על המפה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פתוחה או שאלה סגורה?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'למה המתכון הזה חשוב לך?' היא שאלה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'היה לכם גינה?' היא שאלה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'מה את זוכרת מהחגים בילדותך?' היא שאלה סגורה.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'נולדת בקיץ?' היא שאלה סגורה.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פתוחה אחת ששאלתם מרואיין או מרואיינת בדמיונכם, על חפץ מורשת.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חפץ מורשת שהייתם מביאים למוזיאון הכיתתי וכתבו 2-3 משפטים לכרטיס החפץ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בהכנת פרויקט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אישור לפני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